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5CB39" w14:textId="3FD01F61" w:rsidR="002318EC" w:rsidRDefault="00B95FE4">
      <w:pPr>
        <w:spacing w:after="40"/>
        <w:jc w:val="center"/>
        <w:rPr>
          <w:lang w:eastAsia="ja-JP"/>
        </w:rPr>
      </w:pPr>
      <w:r>
        <w:rPr>
          <w:b/>
          <w:sz w:val="34"/>
          <w:lang w:eastAsia="ja-JP"/>
        </w:rPr>
        <w:t>みやこんじょ</w:t>
      </w:r>
      <w:r>
        <w:rPr>
          <w:b/>
          <w:sz w:val="34"/>
          <w:lang w:eastAsia="ja-JP"/>
        </w:rPr>
        <w:t xml:space="preserve"> </w:t>
      </w:r>
      <w:r>
        <w:rPr>
          <w:b/>
          <w:sz w:val="34"/>
          <w:lang w:eastAsia="ja-JP"/>
        </w:rPr>
        <w:t>まちなか</w:t>
      </w:r>
      <w:r w:rsidR="00BD0384">
        <w:rPr>
          <w:rFonts w:hint="eastAsia"/>
          <w:b/>
          <w:sz w:val="34"/>
          <w:lang w:eastAsia="ja-JP"/>
        </w:rPr>
        <w:t>体験</w:t>
      </w:r>
      <w:r>
        <w:rPr>
          <w:b/>
          <w:sz w:val="34"/>
          <w:lang w:eastAsia="ja-JP"/>
        </w:rPr>
        <w:t>ツアー　申込書</w:t>
      </w:r>
    </w:p>
    <w:p w14:paraId="14B2025B" w14:textId="2FA60B2D" w:rsidR="002318EC" w:rsidRPr="005A118D" w:rsidRDefault="00B95FE4">
      <w:pPr>
        <w:spacing w:after="80"/>
        <w:jc w:val="center"/>
        <w:rPr>
          <w:rFonts w:asciiTheme="minorEastAsia" w:eastAsiaTheme="minorEastAsia" w:hAnsiTheme="minorEastAsia"/>
          <w:sz w:val="24"/>
          <w:szCs w:val="24"/>
        </w:rPr>
      </w:pPr>
      <w:r w:rsidRPr="005A118D">
        <w:rPr>
          <w:rFonts w:asciiTheme="minorEastAsia" w:eastAsiaTheme="minorEastAsia" w:hAnsiTheme="minorEastAsia"/>
          <w:b/>
          <w:sz w:val="24"/>
          <w:szCs w:val="24"/>
        </w:rPr>
        <w:t>開催日：令和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8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年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12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月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2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日（水）　　申込締切：令和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8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年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1</w:t>
      </w:r>
      <w:r w:rsidR="00AA076A" w:rsidRPr="005A118D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0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月</w:t>
      </w:r>
      <w:r w:rsidR="00AA076A" w:rsidRPr="005A118D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30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日（金）</w:t>
      </w:r>
      <w:r w:rsidR="00BD0384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17：00</w:t>
      </w:r>
      <w:r w:rsidRPr="005A118D">
        <w:rPr>
          <w:rFonts w:asciiTheme="minorEastAsia" w:eastAsiaTheme="minorEastAsia" w:hAnsiTheme="minorEastAsia"/>
          <w:b/>
          <w:sz w:val="24"/>
          <w:szCs w:val="24"/>
        </w:rPr>
        <w:t>必着</w:t>
      </w:r>
    </w:p>
    <w:p w14:paraId="0C111CD3" w14:textId="59D2CFF6" w:rsidR="002318EC" w:rsidRPr="00BD3C2A" w:rsidRDefault="00B95FE4" w:rsidP="005A118D">
      <w:pPr>
        <w:spacing w:after="60"/>
        <w:ind w:firstLineChars="200" w:firstLine="440"/>
        <w:rPr>
          <w:rFonts w:asciiTheme="minorEastAsia" w:eastAsiaTheme="minorEastAsia" w:hAnsiTheme="minorEastAsia"/>
          <w:sz w:val="22"/>
          <w:lang w:eastAsia="ja-JP"/>
        </w:rPr>
      </w:pPr>
      <w:r w:rsidRPr="00BD3C2A">
        <w:rPr>
          <w:rFonts w:asciiTheme="minorEastAsia" w:eastAsiaTheme="minorEastAsia" w:hAnsiTheme="minorEastAsia"/>
          <w:sz w:val="22"/>
          <w:lang w:eastAsia="ja-JP"/>
        </w:rPr>
        <w:t>※</w:t>
      </w:r>
      <w:r w:rsidRPr="00BD3C2A">
        <w:rPr>
          <w:rFonts w:asciiTheme="minorEastAsia" w:eastAsiaTheme="minorEastAsia" w:hAnsiTheme="minorEastAsia"/>
          <w:sz w:val="22"/>
          <w:lang w:eastAsia="ja-JP"/>
        </w:rPr>
        <w:t>ご家族・ご友人と参加する場合も、お</w:t>
      </w:r>
      <w:r w:rsidR="00214C54">
        <w:rPr>
          <w:rFonts w:asciiTheme="minorEastAsia" w:eastAsiaTheme="minorEastAsia" w:hAnsiTheme="minorEastAsia" w:hint="eastAsia"/>
          <w:sz w:val="22"/>
          <w:lang w:eastAsia="ja-JP"/>
        </w:rPr>
        <w:t>１</w:t>
      </w:r>
      <w:r w:rsidRPr="00BD3C2A">
        <w:rPr>
          <w:rFonts w:asciiTheme="minorEastAsia" w:eastAsiaTheme="minorEastAsia" w:hAnsiTheme="minorEastAsia"/>
          <w:sz w:val="22"/>
          <w:lang w:eastAsia="ja-JP"/>
        </w:rPr>
        <w:t>人につき</w:t>
      </w:r>
      <w:r w:rsidRPr="00BD3C2A">
        <w:rPr>
          <w:rFonts w:asciiTheme="minorEastAsia" w:eastAsiaTheme="minorEastAsia" w:hAnsiTheme="minorEastAsia"/>
          <w:sz w:val="22"/>
          <w:lang w:eastAsia="ja-JP"/>
        </w:rPr>
        <w:t>1</w:t>
      </w:r>
      <w:r w:rsidRPr="00BD3C2A">
        <w:rPr>
          <w:rFonts w:asciiTheme="minorEastAsia" w:eastAsiaTheme="minorEastAsia" w:hAnsiTheme="minorEastAsia"/>
          <w:sz w:val="22"/>
          <w:lang w:eastAsia="ja-JP"/>
        </w:rPr>
        <w:t>枚の申込書をご記入ください。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410"/>
        <w:gridCol w:w="992"/>
        <w:gridCol w:w="1559"/>
        <w:gridCol w:w="3085"/>
      </w:tblGrid>
      <w:tr w:rsidR="00BD3C2A" w:rsidRPr="005A118D" w14:paraId="78EDBC7D" w14:textId="77777777" w:rsidTr="00C96E53">
        <w:trPr>
          <w:jc w:val="center"/>
        </w:trPr>
        <w:tc>
          <w:tcPr>
            <w:tcW w:w="2158" w:type="dxa"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8B943C" w14:textId="77777777" w:rsidR="00BD3C2A" w:rsidRPr="005A118D" w:rsidRDefault="00BD3C2A" w:rsidP="00BD3C2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ふりがな</w:t>
            </w:r>
            <w:proofErr w:type="spellEnd"/>
          </w:p>
        </w:tc>
        <w:tc>
          <w:tcPr>
            <w:tcW w:w="3402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3BF788" w14:textId="2028C747" w:rsidR="00BD3C2A" w:rsidRPr="005A118D" w:rsidRDefault="00BD3C2A" w:rsidP="00BD3C2A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 xml:space="preserve">　　　　　　　　　　　　　　　　　　　　　　　　　</w:t>
            </w:r>
          </w:p>
        </w:tc>
        <w:tc>
          <w:tcPr>
            <w:tcW w:w="1559" w:type="dxa"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50A1AF" w14:textId="5939356C" w:rsidR="00BD3C2A" w:rsidRPr="005A118D" w:rsidRDefault="00BD3C2A" w:rsidP="00BD3C2A">
            <w:pPr>
              <w:ind w:rightChars="-44" w:right="-79"/>
              <w:jc w:val="both"/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ja-JP"/>
              </w:rPr>
              <w:t>生年月日</w:t>
            </w:r>
          </w:p>
        </w:tc>
        <w:tc>
          <w:tcPr>
            <w:tcW w:w="3085" w:type="dxa"/>
            <w:vAlign w:val="center"/>
          </w:tcPr>
          <w:p w14:paraId="4493E610" w14:textId="5D5718BD" w:rsidR="00BD3C2A" w:rsidRPr="005A118D" w:rsidRDefault="00BD3C2A" w:rsidP="00BD3C2A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 xml:space="preserve">　</w:t>
            </w:r>
            <w:r w:rsidRPr="005A118D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　</w:t>
            </w:r>
            <w:r w:rsidRPr="005A118D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　</w:t>
            </w:r>
            <w:r w:rsidRPr="005A118D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日</w:t>
            </w:r>
          </w:p>
        </w:tc>
      </w:tr>
      <w:tr w:rsidR="00BD3C2A" w:rsidRPr="005A118D" w14:paraId="62DE733C" w14:textId="77777777" w:rsidTr="00C96E53">
        <w:trPr>
          <w:jc w:val="center"/>
        </w:trPr>
        <w:tc>
          <w:tcPr>
            <w:tcW w:w="2158" w:type="dxa"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650EF4" w14:textId="77777777" w:rsidR="00BD3C2A" w:rsidRPr="005A118D" w:rsidRDefault="00BD3C2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氏名</w:t>
            </w:r>
            <w:proofErr w:type="spellEnd"/>
          </w:p>
        </w:tc>
        <w:tc>
          <w:tcPr>
            <w:tcW w:w="3402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E0D94C" w14:textId="2AE2493A" w:rsidR="00BD3C2A" w:rsidRPr="005A118D" w:rsidRDefault="00BD3C2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 xml:space="preserve">　　　　　　　　　　　　　　　　　　　　　　　　　</w:t>
            </w:r>
          </w:p>
        </w:tc>
        <w:tc>
          <w:tcPr>
            <w:tcW w:w="1559" w:type="dxa"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7F780C" w14:textId="7C422491" w:rsidR="00BD3C2A" w:rsidRPr="005A118D" w:rsidRDefault="00BD3C2A" w:rsidP="00BD3C2A">
            <w:pPr>
              <w:ind w:rightChars="-44" w:right="-79"/>
              <w:jc w:val="both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電話番号</w:t>
            </w:r>
            <w:proofErr w:type="spellEnd"/>
          </w:p>
        </w:tc>
        <w:tc>
          <w:tcPr>
            <w:tcW w:w="3085" w:type="dxa"/>
            <w:vAlign w:val="center"/>
          </w:tcPr>
          <w:p w14:paraId="38FD276E" w14:textId="169D5C96" w:rsidR="00BD3C2A" w:rsidRPr="00BD3C2A" w:rsidRDefault="00BD3C2A" w:rsidP="00BD3C2A">
            <w:pPr>
              <w:ind w:firstLineChars="300" w:firstLine="72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-</w:t>
            </w:r>
            <w:r w:rsidRPr="00BD3C2A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</w:t>
            </w:r>
            <w:r w:rsidRPr="00BD3C2A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-　　　</w:t>
            </w:r>
          </w:p>
        </w:tc>
      </w:tr>
      <w:tr w:rsidR="002318EC" w:rsidRPr="005A118D" w14:paraId="092832E8" w14:textId="77777777" w:rsidTr="00C96E53">
        <w:trPr>
          <w:jc w:val="center"/>
        </w:trPr>
        <w:tc>
          <w:tcPr>
            <w:tcW w:w="2158" w:type="dxa"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F7C18E" w14:textId="77777777" w:rsidR="002318EC" w:rsidRPr="005A118D" w:rsidRDefault="00B95FE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住所</w:t>
            </w:r>
            <w:proofErr w:type="spellEnd"/>
          </w:p>
        </w:tc>
        <w:tc>
          <w:tcPr>
            <w:tcW w:w="8046" w:type="dxa"/>
            <w:gridSpan w:val="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C9289F" w14:textId="72F2C465" w:rsidR="002318EC" w:rsidRPr="005A118D" w:rsidRDefault="00B95FE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 xml:space="preserve">〒　</w:t>
            </w:r>
            <w:r w:rsidR="00BD3C2A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</w:t>
            </w:r>
            <w:r w:rsidR="00030729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 －</w:t>
            </w: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 xml:space="preserve">　　　　　　　　　　　　　　　　　　　　　　　　　　　　</w:t>
            </w:r>
          </w:p>
        </w:tc>
      </w:tr>
      <w:tr w:rsidR="00C96E53" w:rsidRPr="005A118D" w14:paraId="393D43F2" w14:textId="77777777" w:rsidTr="00C96E53">
        <w:trPr>
          <w:jc w:val="center"/>
        </w:trPr>
        <w:tc>
          <w:tcPr>
            <w:tcW w:w="2158" w:type="dxa"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35AB45" w14:textId="77777777" w:rsidR="00C96E53" w:rsidRPr="005A118D" w:rsidRDefault="00C96E53" w:rsidP="00BD3C2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参加方法</w:t>
            </w:r>
            <w:proofErr w:type="spellEnd"/>
          </w:p>
        </w:tc>
        <w:tc>
          <w:tcPr>
            <w:tcW w:w="241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49CBC2" w14:textId="4CA327A8" w:rsidR="00C96E53" w:rsidRDefault="00C96E53" w:rsidP="00BD3C2A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□ バス利用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 ⇒　</w:t>
            </w:r>
          </w:p>
          <w:p w14:paraId="37ACE3BE" w14:textId="171AB5CF" w:rsidR="00C96E53" w:rsidRDefault="00C96E53" w:rsidP="00BD3C2A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□ 現地集合</w:t>
            </w:r>
          </w:p>
        </w:tc>
        <w:tc>
          <w:tcPr>
            <w:tcW w:w="2551" w:type="dxa"/>
            <w:gridSpan w:val="2"/>
            <w:shd w:val="clear" w:color="auto" w:fill="DBE5F1" w:themeFill="accent1" w:themeFillTint="33"/>
            <w:vAlign w:val="center"/>
          </w:tcPr>
          <w:p w14:paraId="34C31E1C" w14:textId="77777777" w:rsidR="00C96E53" w:rsidRDefault="00C96E53" w:rsidP="00BD3C2A">
            <w:pPr>
              <w:rPr>
                <w:rFonts w:asciiTheme="minorEastAsia" w:eastAsiaTheme="minorEastAsia" w:hAnsiTheme="minorEastAsia"/>
                <w:b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  <w:lang w:eastAsia="ja-JP"/>
              </w:rPr>
              <w:t>出発場所</w:t>
            </w:r>
          </w:p>
          <w:p w14:paraId="2C0BB7D2" w14:textId="1EEE42EC" w:rsidR="00C96E53" w:rsidRDefault="00C96E53" w:rsidP="00BD3C2A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ja-JP"/>
              </w:rPr>
              <w:t>(バス利用の場合)</w:t>
            </w:r>
          </w:p>
        </w:tc>
        <w:tc>
          <w:tcPr>
            <w:tcW w:w="3085" w:type="dxa"/>
            <w:vAlign w:val="center"/>
          </w:tcPr>
          <w:p w14:paraId="2E8DF2AB" w14:textId="77777777" w:rsidR="00C96E53" w:rsidRDefault="00C96E53" w:rsidP="00BD3C2A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 </w:t>
            </w:r>
            <w:proofErr w:type="spellStart"/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山之口</w:t>
            </w:r>
            <w:proofErr w:type="spellEnd"/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</w:t>
            </w: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 </w:t>
            </w:r>
            <w:proofErr w:type="spellStart"/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高城</w:t>
            </w:r>
            <w:proofErr w:type="spellEnd"/>
          </w:p>
          <w:p w14:paraId="495ABE24" w14:textId="1E90A81C" w:rsidR="00C96E53" w:rsidRPr="005A118D" w:rsidRDefault="00C96E53" w:rsidP="00BD3C2A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 </w:t>
            </w:r>
            <w:r w:rsidRPr="005A118D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山田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 </w:t>
            </w:r>
            <w:r w:rsidRPr="005A118D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 </w:t>
            </w:r>
            <w:r w:rsidRPr="005A118D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 xml:space="preserve"> </w:t>
            </w:r>
            <w:r w:rsidRPr="005A118D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高崎</w:t>
            </w:r>
          </w:p>
        </w:tc>
      </w:tr>
      <w:tr w:rsidR="00C96E53" w:rsidRPr="005A118D" w14:paraId="27312645" w14:textId="77777777" w:rsidTr="002364DE">
        <w:trPr>
          <w:jc w:val="center"/>
        </w:trPr>
        <w:tc>
          <w:tcPr>
            <w:tcW w:w="2158" w:type="dxa"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6CDF61" w14:textId="19C46418" w:rsidR="00C96E53" w:rsidRPr="005A118D" w:rsidRDefault="00C96E53" w:rsidP="00C96E53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proofErr w:type="spellStart"/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配慮が必要なこと</w:t>
            </w:r>
            <w:proofErr w:type="spellEnd"/>
          </w:p>
        </w:tc>
        <w:tc>
          <w:tcPr>
            <w:tcW w:w="8046" w:type="dxa"/>
            <w:gridSpan w:val="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B5A2BD" w14:textId="6E2D33E3" w:rsidR="00C96E53" w:rsidRPr="005A118D" w:rsidRDefault="00C96E53" w:rsidP="00C96E53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 xml:space="preserve">車いす利用・歩行補助具等：　　　　　　　　　　　　　　　　　　　　　　　　　　　　　　　　　　　　　　　　　　　　　　　　　</w:t>
            </w:r>
          </w:p>
        </w:tc>
      </w:tr>
    </w:tbl>
    <w:p w14:paraId="7908198D" w14:textId="487BC312" w:rsidR="002318EC" w:rsidRPr="005A118D" w:rsidRDefault="00C96E53">
      <w:pPr>
        <w:spacing w:after="0"/>
        <w:rPr>
          <w:rFonts w:asciiTheme="minorEastAsia" w:eastAsiaTheme="minorEastAsia" w:hAnsiTheme="minorEastAsia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 </w:t>
      </w:r>
      <w:r w:rsidRPr="00BD3C2A">
        <w:rPr>
          <w:rFonts w:asciiTheme="minorEastAsia" w:eastAsiaTheme="minorEastAsia" w:hAnsiTheme="minorEastAsia"/>
          <w:sz w:val="22"/>
          <w:lang w:eastAsia="ja-JP"/>
        </w:rPr>
        <w:t>※ご家族・ご友人と参加す</w:t>
      </w:r>
      <w:r>
        <w:rPr>
          <w:rFonts w:asciiTheme="minorEastAsia" w:eastAsiaTheme="minorEastAsia" w:hAnsiTheme="minorEastAsia" w:hint="eastAsia"/>
          <w:sz w:val="22"/>
          <w:lang w:eastAsia="ja-JP"/>
        </w:rPr>
        <w:t>る場合にご記入ください。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3689"/>
        <w:gridCol w:w="4361"/>
      </w:tblGrid>
      <w:tr w:rsidR="00030729" w:rsidRPr="005A118D" w14:paraId="4B203AF3" w14:textId="77777777" w:rsidTr="00030729">
        <w:trPr>
          <w:trHeight w:val="315"/>
          <w:jc w:val="center"/>
        </w:trPr>
        <w:tc>
          <w:tcPr>
            <w:tcW w:w="2154" w:type="dxa"/>
            <w:vMerge w:val="restart"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7E3875" w14:textId="77777777" w:rsidR="00030729" w:rsidRDefault="00030729">
            <w:pPr>
              <w:rPr>
                <w:rFonts w:asciiTheme="minorEastAsia" w:eastAsiaTheme="minorEastAsia" w:hAnsiTheme="minorEastAsia"/>
                <w:b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  <w:lang w:eastAsia="ja-JP"/>
              </w:rPr>
              <w:t>一緒に参加する方</w:t>
            </w:r>
          </w:p>
          <w:p w14:paraId="46C92FD5" w14:textId="003D4FBE" w:rsidR="00030729" w:rsidRPr="00030729" w:rsidRDefault="00030729">
            <w:pPr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ja-JP"/>
              </w:rPr>
              <w:t>※代表者１名のみ</w:t>
            </w:r>
          </w:p>
        </w:tc>
        <w:tc>
          <w:tcPr>
            <w:tcW w:w="368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42B21B" w14:textId="293AF25E" w:rsidR="00030729" w:rsidRPr="005A118D" w:rsidRDefault="00030729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 xml:space="preserve">氏名：　　　　　　　　　　　　　　</w:t>
            </w:r>
          </w:p>
        </w:tc>
        <w:tc>
          <w:tcPr>
            <w:tcW w:w="4361" w:type="dxa"/>
            <w:vAlign w:val="center"/>
          </w:tcPr>
          <w:p w14:paraId="2F3CD0BA" w14:textId="106B11A1" w:rsidR="00030729" w:rsidRPr="005A118D" w:rsidRDefault="00030729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関係： □ 家族　□ 友人　□ その他</w:t>
            </w:r>
          </w:p>
        </w:tc>
      </w:tr>
      <w:tr w:rsidR="00030729" w:rsidRPr="005A118D" w14:paraId="1E28FF5E" w14:textId="77777777" w:rsidTr="00BE018F">
        <w:trPr>
          <w:trHeight w:val="315"/>
          <w:jc w:val="center"/>
        </w:trPr>
        <w:tc>
          <w:tcPr>
            <w:tcW w:w="2154" w:type="dxa"/>
            <w:vMerge/>
            <w:shd w:val="clear" w:color="auto" w:fill="DBE5F1" w:themeFill="accent1" w:themeFillTint="3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6E0D5B" w14:textId="77777777" w:rsidR="00030729" w:rsidRPr="005A118D" w:rsidRDefault="00030729">
            <w:pPr>
              <w:rPr>
                <w:rFonts w:asciiTheme="minorEastAsia" w:eastAsiaTheme="minorEastAsia" w:hAnsiTheme="minorEastAsia"/>
                <w:b/>
                <w:sz w:val="24"/>
                <w:szCs w:val="24"/>
                <w:lang w:eastAsia="ja-JP"/>
              </w:rPr>
            </w:pPr>
          </w:p>
        </w:tc>
        <w:tc>
          <w:tcPr>
            <w:tcW w:w="8050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033C31" w14:textId="6973B691" w:rsidR="00030729" w:rsidRPr="005A118D" w:rsidRDefault="00030729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講座の</w:t>
            </w:r>
            <w:r w:rsidRPr="005A118D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希望： □ 同じ講座　□ 別の講座でも可</w:t>
            </w:r>
          </w:p>
        </w:tc>
      </w:tr>
    </w:tbl>
    <w:p w14:paraId="2D971E35" w14:textId="756E5C78" w:rsidR="002318EC" w:rsidRPr="00BD3C2A" w:rsidRDefault="00B95FE4" w:rsidP="00BD3C2A">
      <w:pPr>
        <w:spacing w:before="40" w:after="40"/>
        <w:ind w:firstLineChars="150" w:firstLine="330"/>
        <w:rPr>
          <w:rFonts w:asciiTheme="minorEastAsia" w:eastAsiaTheme="minorEastAsia" w:hAnsiTheme="minorEastAsia"/>
          <w:sz w:val="22"/>
          <w:lang w:eastAsia="ja-JP"/>
        </w:rPr>
      </w:pPr>
      <w:r w:rsidRPr="00BD3C2A">
        <w:rPr>
          <w:rFonts w:asciiTheme="minorEastAsia" w:eastAsiaTheme="minorEastAsia" w:hAnsiTheme="minorEastAsia"/>
          <w:sz w:val="22"/>
          <w:lang w:eastAsia="ja-JP"/>
        </w:rPr>
        <w:t>※</w:t>
      </w:r>
      <w:r w:rsidRPr="00BD3C2A">
        <w:rPr>
          <w:rFonts w:asciiTheme="minorEastAsia" w:eastAsiaTheme="minorEastAsia" w:hAnsiTheme="minorEastAsia"/>
          <w:sz w:val="22"/>
          <w:lang w:eastAsia="ja-JP"/>
        </w:rPr>
        <w:t>一緒に参加する方も、別途</w:t>
      </w:r>
      <w:r w:rsidRPr="00BD3C2A">
        <w:rPr>
          <w:rFonts w:asciiTheme="minorEastAsia" w:eastAsiaTheme="minorEastAsia" w:hAnsiTheme="minorEastAsia"/>
          <w:sz w:val="22"/>
          <w:lang w:eastAsia="ja-JP"/>
        </w:rPr>
        <w:t>1</w:t>
      </w:r>
      <w:r w:rsidRPr="00BD3C2A">
        <w:rPr>
          <w:rFonts w:asciiTheme="minorEastAsia" w:eastAsiaTheme="minorEastAsia" w:hAnsiTheme="minorEastAsia"/>
          <w:sz w:val="22"/>
          <w:lang w:eastAsia="ja-JP"/>
        </w:rPr>
        <w:t>人</w:t>
      </w:r>
      <w:r w:rsidRPr="00BD3C2A">
        <w:rPr>
          <w:rFonts w:asciiTheme="minorEastAsia" w:eastAsiaTheme="minorEastAsia" w:hAnsiTheme="minorEastAsia"/>
          <w:sz w:val="22"/>
          <w:lang w:eastAsia="ja-JP"/>
        </w:rPr>
        <w:t>1</w:t>
      </w:r>
      <w:r w:rsidRPr="00BD3C2A">
        <w:rPr>
          <w:rFonts w:asciiTheme="minorEastAsia" w:eastAsiaTheme="minorEastAsia" w:hAnsiTheme="minorEastAsia"/>
          <w:sz w:val="22"/>
          <w:lang w:eastAsia="ja-JP"/>
        </w:rPr>
        <w:t>枚の申込書が必要です。希望講座・参加方法等は各自ご記入ください。</w:t>
      </w:r>
    </w:p>
    <w:p w14:paraId="196E966C" w14:textId="79B14C46" w:rsidR="002318EC" w:rsidRPr="005A118D" w:rsidRDefault="00B95FE4" w:rsidP="006B3EF2">
      <w:pPr>
        <w:spacing w:before="40" w:after="40"/>
        <w:ind w:firstLineChars="200" w:firstLine="482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>希望</w:t>
      </w:r>
      <w:r w:rsidR="005325A0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体験</w:t>
      </w: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>講座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 xml:space="preserve">　希望する順番に、第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1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～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3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希望欄</w:t>
      </w:r>
      <w:r w:rsidR="00BB6CF2">
        <w:rPr>
          <w:rFonts w:asciiTheme="minorEastAsia" w:eastAsiaTheme="minorEastAsia" w:hAnsiTheme="minorEastAsia" w:hint="eastAsia"/>
          <w:sz w:val="24"/>
          <w:szCs w:val="24"/>
          <w:lang w:eastAsia="ja-JP"/>
        </w:rPr>
        <w:t>の□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へ</w:t>
      </w:r>
      <w:r w:rsidR="006B3EF2">
        <w:rPr>
          <w:rFonts w:asciiTheme="minorEastAsia" w:eastAsiaTheme="minorEastAsia" w:hAnsiTheme="minorEastAsia" w:hint="eastAsia"/>
          <w:sz w:val="24"/>
          <w:szCs w:val="24"/>
          <w:lang w:eastAsia="ja-JP"/>
        </w:rPr>
        <w:t>それぞれ</w:t>
      </w:r>
      <w:r w:rsidR="00BB6CF2">
        <w:rPr>
          <w:rFonts w:asciiTheme="minorEastAsia" w:eastAsiaTheme="minorEastAsia" w:hAnsiTheme="minorEastAsia" w:hint="eastAsia"/>
          <w:sz w:val="24"/>
          <w:szCs w:val="24"/>
          <w:lang w:eastAsia="ja-JP"/>
        </w:rPr>
        <w:t>１つ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「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✓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」をつけてください。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5441"/>
        <w:gridCol w:w="1239"/>
        <w:gridCol w:w="1270"/>
        <w:gridCol w:w="1270"/>
        <w:gridCol w:w="1236"/>
      </w:tblGrid>
      <w:tr w:rsidR="005325A0" w:rsidRPr="005A118D" w14:paraId="7AFE7D87" w14:textId="77777777" w:rsidTr="00B95FE4">
        <w:trPr>
          <w:tblHeader/>
          <w:jc w:val="center"/>
        </w:trPr>
        <w:tc>
          <w:tcPr>
            <w:tcW w:w="5441" w:type="dxa"/>
            <w:shd w:val="clear" w:color="auto" w:fill="DBE5F1" w:themeFill="accent1" w:themeFillTint="33"/>
            <w:vAlign w:val="center"/>
          </w:tcPr>
          <w:p w14:paraId="428D656E" w14:textId="58EBB92C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ja-JP"/>
              </w:rPr>
              <w:t>体験</w:t>
            </w:r>
            <w:proofErr w:type="spellStart"/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講座名</w:t>
            </w:r>
            <w:proofErr w:type="spellEnd"/>
          </w:p>
        </w:tc>
        <w:tc>
          <w:tcPr>
            <w:tcW w:w="1239" w:type="dxa"/>
            <w:tcBorders>
              <w:right w:val="single" w:sz="12" w:space="0" w:color="auto"/>
            </w:tcBorders>
            <w:shd w:val="clear" w:color="auto" w:fill="DBE5F1" w:themeFill="accent1" w:themeFillTint="33"/>
          </w:tcPr>
          <w:p w14:paraId="1B8A3AD4" w14:textId="4925690D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ja-JP"/>
              </w:rPr>
              <w:t>材料費</w:t>
            </w:r>
          </w:p>
        </w:tc>
        <w:tc>
          <w:tcPr>
            <w:tcW w:w="12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45790FA4" w14:textId="3F6B899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第1希望</w:t>
            </w:r>
          </w:p>
        </w:tc>
        <w:tc>
          <w:tcPr>
            <w:tcW w:w="12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5059E8E2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第2希望</w:t>
            </w:r>
          </w:p>
        </w:tc>
        <w:tc>
          <w:tcPr>
            <w:tcW w:w="12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24480BEE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第3希望</w:t>
            </w:r>
          </w:p>
        </w:tc>
      </w:tr>
      <w:tr w:rsidR="005325A0" w:rsidRPr="005A118D" w14:paraId="2B483FB3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10229C9B" w14:textId="4EB98B89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①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心と体を整えるやさしい</w:t>
            </w:r>
            <w:r w:rsidR="005325A0" w:rsidRPr="005325A0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ヨガ</w:t>
            </w:r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065416BE" w14:textId="1A892314" w:rsidR="005325A0" w:rsidRPr="005A118D" w:rsidRDefault="00921D1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５００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円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1ADEA3D4" w14:textId="20FF89BF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6A3FB45C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28F71E0A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344C5CBF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0DC0763F" w14:textId="06AD0483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②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さわやか</w:t>
            </w:r>
            <w:proofErr w:type="spellStart"/>
            <w:r w:rsidR="005325A0" w:rsidRPr="005325A0">
              <w:rPr>
                <w:rFonts w:asciiTheme="minorEastAsia" w:eastAsiaTheme="minorEastAsia" w:hAnsiTheme="minorEastAsia"/>
                <w:sz w:val="24"/>
                <w:szCs w:val="24"/>
              </w:rPr>
              <w:t>太極拳</w:t>
            </w:r>
            <w:proofErr w:type="spellEnd"/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0C3C3E09" w14:textId="73096BFB" w:rsidR="005325A0" w:rsidRPr="005A118D" w:rsidRDefault="00921D1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５００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円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2B84F58D" w14:textId="62F92CE5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26CCF193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1F5C5598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443DA360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708ECB86" w14:textId="4BD507FC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③</w:t>
            </w:r>
            <w:proofErr w:type="spellStart"/>
            <w:r w:rsidR="005325A0" w:rsidRPr="005325A0">
              <w:rPr>
                <w:rFonts w:asciiTheme="minorEastAsia" w:eastAsiaTheme="minorEastAsia" w:hAnsiTheme="minorEastAsia"/>
                <w:sz w:val="24"/>
                <w:szCs w:val="24"/>
              </w:rPr>
              <w:t>四半的弓道体験</w:t>
            </w:r>
            <w:proofErr w:type="spellEnd"/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5F491696" w14:textId="5028FCF1" w:rsidR="005325A0" w:rsidRPr="005A118D" w:rsidRDefault="00921D1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５００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円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3122C01A" w14:textId="7E24A7DF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1D3078FE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679E700D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6A8D67DA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0BB16EFF" w14:textId="6F612FE0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④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のびのび</w:t>
            </w:r>
            <w:r w:rsidR="005325A0" w:rsidRP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３Ｂ</w:t>
            </w:r>
            <w:proofErr w:type="spellStart"/>
            <w:r w:rsidR="005325A0" w:rsidRPr="005325A0">
              <w:rPr>
                <w:rFonts w:asciiTheme="minorEastAsia" w:eastAsiaTheme="minorEastAsia" w:hAnsiTheme="minorEastAsia"/>
                <w:sz w:val="24"/>
                <w:szCs w:val="24"/>
              </w:rPr>
              <w:t>体操</w:t>
            </w:r>
            <w:proofErr w:type="spellEnd"/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6906AA82" w14:textId="051307DC" w:rsidR="005325A0" w:rsidRPr="005A118D" w:rsidRDefault="00921D1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５００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円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30FBED4D" w14:textId="11F46D02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4BCB7372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5718B966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6E7E2B14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4DD60251" w14:textId="5AF5FCAB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⑤</w:t>
            </w:r>
            <w:proofErr w:type="spellStart"/>
            <w:r w:rsidR="005325A0" w:rsidRPr="005325A0">
              <w:rPr>
                <w:rFonts w:asciiTheme="minorEastAsia" w:eastAsiaTheme="minorEastAsia" w:hAnsiTheme="minorEastAsia"/>
                <w:sz w:val="24"/>
                <w:szCs w:val="24"/>
              </w:rPr>
              <w:t>図書館見学</w:t>
            </w:r>
            <w:proofErr w:type="spellEnd"/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7E73C771" w14:textId="4F41F1BD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―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2623BB63" w14:textId="3FC833B0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43D89643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67096540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309ACF5E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79478E81" w14:textId="30AF9A0C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⑥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片付けの基本と終活を楽しみながら学ぶ</w:t>
            </w:r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21FDA477" w14:textId="07B5A445" w:rsidR="005325A0" w:rsidRPr="005A118D" w:rsidRDefault="00921D1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５００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円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4932EEF6" w14:textId="3AB73875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42063633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035A0C69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733E4C86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3E121DF8" w14:textId="48DE3B38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⑦</w:t>
            </w:r>
            <w:r w:rsidR="00BD0384" w:rsidRPr="005325A0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笑顔で満喫！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｢</w:t>
            </w:r>
            <w:r w:rsidR="00BD0384" w:rsidRPr="005325A0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人生</w:t>
            </w:r>
            <w:r w:rsidR="00BD0384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100</w:t>
            </w:r>
            <w:r w:rsidR="00BD0384" w:rsidRPr="005325A0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年時代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｣</w:t>
            </w:r>
            <w:r w:rsidR="00BD0384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(第2の青春)</w:t>
            </w:r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4FF60BE5" w14:textId="5D39B4E2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―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58147E3F" w14:textId="1A9B3968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253C17D9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0D6B94F6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76246E8F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380AA27F" w14:textId="7D69BF4F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⑧</w:t>
            </w:r>
            <w:r w:rsidR="00BD0384" w:rsidRPr="005325A0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防火講話</w:t>
            </w:r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1DFD30CC" w14:textId="54F5BFE3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―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0B08B8AF" w14:textId="2D33241D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68A1BD2E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1FE382FA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1EA927A4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6EB25790" w14:textId="1BC6383E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⑨</w:t>
            </w:r>
            <w:r w:rsidR="005325A0" w:rsidRPr="005325A0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>マネートラブルに</w:t>
            </w:r>
            <w:r w:rsidR="005325A0"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かつ！</w:t>
            </w:r>
            <w:r w:rsidR="00BD0384" w:rsidRPr="005325A0"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310E8DBD" w14:textId="49B9659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―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4AD613A4" w14:textId="1545C7CC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11BC5CD0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02415010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  <w:tr w:rsidR="005325A0" w:rsidRPr="005A118D" w14:paraId="104FF4D3" w14:textId="77777777" w:rsidTr="00B95FE4">
        <w:trPr>
          <w:jc w:val="center"/>
        </w:trPr>
        <w:tc>
          <w:tcPr>
            <w:tcW w:w="5441" w:type="dxa"/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5A629067" w14:textId="0FD97143" w:rsidR="005325A0" w:rsidRPr="005325A0" w:rsidRDefault="00B95FE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⑩</w:t>
            </w:r>
            <w:proofErr w:type="spellStart"/>
            <w:r w:rsidR="005325A0" w:rsidRPr="005325A0">
              <w:rPr>
                <w:rFonts w:asciiTheme="minorEastAsia" w:eastAsiaTheme="minorEastAsia" w:hAnsiTheme="minorEastAsia"/>
                <w:sz w:val="24"/>
                <w:szCs w:val="24"/>
              </w:rPr>
              <w:t>相続と贈与について</w:t>
            </w:r>
            <w:proofErr w:type="spellEnd"/>
          </w:p>
        </w:tc>
        <w:tc>
          <w:tcPr>
            <w:tcW w:w="1239" w:type="dxa"/>
            <w:tcBorders>
              <w:right w:val="single" w:sz="12" w:space="0" w:color="auto"/>
            </w:tcBorders>
          </w:tcPr>
          <w:p w14:paraId="0A7918CE" w14:textId="2DE68FA9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ja-JP"/>
              </w:rPr>
              <w:t>―</w:t>
            </w:r>
          </w:p>
        </w:tc>
        <w:tc>
          <w:tcPr>
            <w:tcW w:w="12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124A9763" w14:textId="16606115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529E6DE1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  <w:tc>
          <w:tcPr>
            <w:tcW w:w="12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5" w:type="dxa"/>
              <w:left w:w="80" w:type="dxa"/>
              <w:bottom w:w="25" w:type="dxa"/>
              <w:right w:w="80" w:type="dxa"/>
            </w:tcMar>
            <w:vAlign w:val="center"/>
          </w:tcPr>
          <w:p w14:paraId="22EA446E" w14:textId="77777777" w:rsidR="005325A0" w:rsidRPr="005A118D" w:rsidRDefault="005325A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A118D">
              <w:rPr>
                <w:rFonts w:asciiTheme="minorEastAsia" w:eastAsiaTheme="minorEastAsia" w:hAnsiTheme="minorEastAsia"/>
                <w:sz w:val="24"/>
                <w:szCs w:val="24"/>
              </w:rPr>
              <w:t>□</w:t>
            </w:r>
          </w:p>
        </w:tc>
      </w:tr>
    </w:tbl>
    <w:p w14:paraId="666FF35B" w14:textId="77777777" w:rsidR="002318EC" w:rsidRPr="005A118D" w:rsidRDefault="00B95FE4" w:rsidP="00BD3C2A">
      <w:pPr>
        <w:spacing w:before="40" w:after="40"/>
        <w:ind w:firstLineChars="150" w:firstLine="330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BD3C2A">
        <w:rPr>
          <w:rFonts w:asciiTheme="minorEastAsia" w:eastAsiaTheme="minorEastAsia" w:hAnsiTheme="minorEastAsia"/>
          <w:sz w:val="22"/>
          <w:lang w:eastAsia="ja-JP"/>
        </w:rPr>
        <w:t>※</w:t>
      </w:r>
      <w:r w:rsidRPr="00BD3C2A">
        <w:rPr>
          <w:rFonts w:asciiTheme="minorEastAsia" w:eastAsiaTheme="minorEastAsia" w:hAnsiTheme="minorEastAsia"/>
          <w:sz w:val="22"/>
          <w:lang w:eastAsia="ja-JP"/>
        </w:rPr>
        <w:t>応募多数の場合は抽選となり、希望講座の変更をお願いする場合があります。</w:t>
      </w:r>
    </w:p>
    <w:p w14:paraId="6FD7C671" w14:textId="507CC473" w:rsidR="002318EC" w:rsidRPr="005A118D" w:rsidRDefault="00B95FE4" w:rsidP="005A118D">
      <w:pPr>
        <w:spacing w:before="40" w:after="40"/>
        <w:ind w:firstLineChars="150" w:firstLine="361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>参加料・確認事項</w:t>
      </w:r>
      <w:r w:rsidR="00BB6CF2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 xml:space="preserve">　</w:t>
      </w:r>
      <w:r w:rsidR="00BB6CF2" w:rsidRPr="00BB6CF2">
        <w:rPr>
          <w:rFonts w:asciiTheme="minorEastAsia" w:eastAsiaTheme="minorEastAsia" w:hAnsiTheme="minorEastAsia" w:hint="eastAsia"/>
          <w:bCs/>
          <w:sz w:val="24"/>
          <w:szCs w:val="24"/>
          <w:lang w:eastAsia="ja-JP"/>
        </w:rPr>
        <w:t>内容を確認の上</w:t>
      </w:r>
      <w:r w:rsidR="00BB6CF2">
        <w:rPr>
          <w:rFonts w:asciiTheme="minorEastAsia" w:eastAsiaTheme="minorEastAsia" w:hAnsiTheme="minorEastAsia" w:hint="eastAsia"/>
          <w:bCs/>
          <w:sz w:val="24"/>
          <w:szCs w:val="24"/>
          <w:lang w:eastAsia="ja-JP"/>
        </w:rPr>
        <w:t>、□に</w:t>
      </w:r>
      <w:r w:rsidR="00BB6CF2" w:rsidRPr="00BB6CF2">
        <w:rPr>
          <w:rFonts w:asciiTheme="minorEastAsia" w:eastAsiaTheme="minorEastAsia" w:hAnsiTheme="minorEastAsia" w:hint="eastAsia"/>
          <w:bCs/>
          <w:sz w:val="24"/>
          <w:szCs w:val="24"/>
          <w:lang w:eastAsia="ja-JP"/>
        </w:rPr>
        <w:t>「</w:t>
      </w:r>
      <w:r w:rsidR="00BB6CF2" w:rsidRPr="00BB6CF2">
        <w:rPr>
          <w:rFonts w:asciiTheme="minorEastAsia" w:eastAsiaTheme="minorEastAsia" w:hAnsiTheme="minorEastAsia"/>
          <w:bCs/>
          <w:sz w:val="24"/>
          <w:szCs w:val="24"/>
          <w:lang w:eastAsia="ja-JP"/>
        </w:rPr>
        <w:t>✓」をつけてください。</w:t>
      </w:r>
    </w:p>
    <w:p w14:paraId="43E4DBD4" w14:textId="785BBEA1" w:rsidR="002318EC" w:rsidRPr="005A118D" w:rsidRDefault="00B95FE4" w:rsidP="005A118D">
      <w:pPr>
        <w:spacing w:after="0"/>
        <w:ind w:left="113" w:firstLineChars="100" w:firstLine="240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 xml:space="preserve">□ 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参加者全員に保険料</w:t>
      </w:r>
      <w:r w:rsidR="00BD3C2A">
        <w:rPr>
          <w:rFonts w:asciiTheme="minorEastAsia" w:eastAsiaTheme="minorEastAsia" w:hAnsiTheme="minorEastAsia" w:hint="eastAsia"/>
          <w:sz w:val="24"/>
          <w:szCs w:val="24"/>
          <w:lang w:eastAsia="ja-JP"/>
        </w:rPr>
        <w:t>(100円)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をご負担いただきます。</w:t>
      </w:r>
    </w:p>
    <w:p w14:paraId="3DD23ABE" w14:textId="06962B24" w:rsidR="002318EC" w:rsidRPr="005A118D" w:rsidRDefault="00B95FE4" w:rsidP="005A118D">
      <w:pPr>
        <w:spacing w:after="0"/>
        <w:ind w:left="113" w:firstLineChars="100" w:firstLine="240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 xml:space="preserve">□ </w:t>
      </w:r>
      <w:r w:rsidR="005325A0">
        <w:rPr>
          <w:rFonts w:asciiTheme="minorEastAsia" w:eastAsiaTheme="minorEastAsia" w:hAnsiTheme="minorEastAsia" w:hint="eastAsia"/>
          <w:sz w:val="24"/>
          <w:szCs w:val="24"/>
          <w:lang w:eastAsia="ja-JP"/>
        </w:rPr>
        <w:t>また、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一部の</w:t>
      </w:r>
      <w:r w:rsidR="00BD0384">
        <w:rPr>
          <w:rFonts w:asciiTheme="minorEastAsia" w:eastAsiaTheme="minorEastAsia" w:hAnsiTheme="minorEastAsia" w:hint="eastAsia"/>
          <w:sz w:val="24"/>
          <w:szCs w:val="24"/>
          <w:lang w:eastAsia="ja-JP"/>
        </w:rPr>
        <w:t>体験で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は、保険料と別に材料費</w:t>
      </w:r>
      <w:r w:rsidR="00BB24DE">
        <w:rPr>
          <w:rFonts w:asciiTheme="minorEastAsia" w:eastAsiaTheme="minorEastAsia" w:hAnsiTheme="minorEastAsia" w:hint="eastAsia"/>
          <w:sz w:val="24"/>
          <w:szCs w:val="24"/>
          <w:lang w:eastAsia="ja-JP"/>
        </w:rPr>
        <w:t>（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実費</w:t>
      </w:r>
      <w:r w:rsidR="00BD0384">
        <w:rPr>
          <w:rFonts w:asciiTheme="minorEastAsia" w:eastAsiaTheme="minorEastAsia" w:hAnsiTheme="minorEastAsia" w:hint="eastAsia"/>
          <w:sz w:val="24"/>
          <w:szCs w:val="24"/>
          <w:lang w:eastAsia="ja-JP"/>
        </w:rPr>
        <w:t>500円</w:t>
      </w:r>
      <w:r w:rsidR="00BB24DE">
        <w:rPr>
          <w:rFonts w:asciiTheme="minorEastAsia" w:eastAsiaTheme="minorEastAsia" w:hAnsiTheme="minorEastAsia" w:hint="eastAsia"/>
          <w:sz w:val="24"/>
          <w:szCs w:val="24"/>
          <w:lang w:eastAsia="ja-JP"/>
        </w:rPr>
        <w:t>）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をご負担いただ</w:t>
      </w:r>
      <w:r w:rsidR="005325A0">
        <w:rPr>
          <w:rFonts w:asciiTheme="minorEastAsia" w:eastAsiaTheme="minorEastAsia" w:hAnsiTheme="minorEastAsia" w:hint="eastAsia"/>
          <w:sz w:val="24"/>
          <w:szCs w:val="24"/>
          <w:lang w:eastAsia="ja-JP"/>
        </w:rPr>
        <w:t>く</w:t>
      </w:r>
      <w:r w:rsidR="00BB24DE">
        <w:rPr>
          <w:rFonts w:asciiTheme="minorEastAsia" w:eastAsiaTheme="minorEastAsia" w:hAnsiTheme="minorEastAsia" w:hint="eastAsia"/>
          <w:sz w:val="24"/>
          <w:szCs w:val="24"/>
          <w:lang w:eastAsia="ja-JP"/>
        </w:rPr>
        <w:t>もの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があります。</w:t>
      </w:r>
    </w:p>
    <w:p w14:paraId="452465FD" w14:textId="77777777" w:rsidR="002318EC" w:rsidRPr="005A118D" w:rsidRDefault="00B95FE4" w:rsidP="005A118D">
      <w:pPr>
        <w:spacing w:after="0"/>
        <w:ind w:left="113" w:firstLineChars="100" w:firstLine="240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 xml:space="preserve">□ 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昼食代は参加料に含まれません。昼食は各自でお楽しみください。</w:t>
      </w:r>
    </w:p>
    <w:p w14:paraId="20696205" w14:textId="593AD889" w:rsidR="002318EC" w:rsidRDefault="00B95FE4" w:rsidP="005A118D">
      <w:pPr>
        <w:spacing w:after="0"/>
        <w:ind w:left="113" w:firstLineChars="100" w:firstLine="240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 xml:space="preserve">□ </w:t>
      </w:r>
      <w:r w:rsidR="00BD0384">
        <w:rPr>
          <w:rFonts w:asciiTheme="minorEastAsia" w:eastAsiaTheme="minorEastAsia" w:hAnsiTheme="minorEastAsia" w:hint="eastAsia"/>
          <w:sz w:val="24"/>
          <w:szCs w:val="24"/>
          <w:lang w:eastAsia="ja-JP"/>
        </w:rPr>
        <w:t>体験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終了後は自由散策</w:t>
      </w:r>
      <w:r w:rsidR="00BD0384">
        <w:rPr>
          <w:rFonts w:asciiTheme="minorEastAsia" w:eastAsiaTheme="minorEastAsia" w:hAnsiTheme="minorEastAsia" w:hint="eastAsia"/>
          <w:sz w:val="24"/>
          <w:szCs w:val="24"/>
          <w:lang w:eastAsia="ja-JP"/>
        </w:rPr>
        <w:t>で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す。</w:t>
      </w:r>
      <w:r w:rsidR="00BD0384">
        <w:rPr>
          <w:rFonts w:asciiTheme="minorEastAsia" w:eastAsiaTheme="minorEastAsia" w:hAnsiTheme="minorEastAsia" w:hint="eastAsia"/>
          <w:sz w:val="24"/>
          <w:szCs w:val="24"/>
          <w:lang w:eastAsia="ja-JP"/>
        </w:rPr>
        <w:t>現地集合（各自で来場）の方は、そのまま自由解散となります。</w:t>
      </w:r>
    </w:p>
    <w:p w14:paraId="39B6D143" w14:textId="4A81A824" w:rsidR="00BD0384" w:rsidRPr="005A118D" w:rsidRDefault="00BD0384" w:rsidP="005A118D">
      <w:pPr>
        <w:spacing w:after="0"/>
        <w:ind w:left="113" w:firstLineChars="100" w:firstLine="240"/>
        <w:rPr>
          <w:rFonts w:asciiTheme="minorEastAsia" w:eastAsiaTheme="minorEastAsia" w:hAnsiTheme="minorEastAsia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 バスを利用された方は、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帰り</w:t>
      </w: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>の</w:t>
      </w:r>
      <w:r w:rsidRPr="005A118D">
        <w:rPr>
          <w:rFonts w:asciiTheme="minorEastAsia" w:eastAsiaTheme="minorEastAsia" w:hAnsiTheme="minorEastAsia"/>
          <w:sz w:val="24"/>
          <w:szCs w:val="24"/>
          <w:lang w:eastAsia="ja-JP"/>
        </w:rPr>
        <w:t>バスごとに集合し、出欠確認を行います。</w:t>
      </w:r>
    </w:p>
    <w:p w14:paraId="4E322FA6" w14:textId="5A303C0E" w:rsidR="00BD0384" w:rsidRDefault="00BD0384" w:rsidP="00BD0384">
      <w:pPr>
        <w:spacing w:before="40" w:after="0"/>
        <w:ind w:firstLineChars="150" w:firstLine="361"/>
        <w:rPr>
          <w:rFonts w:asciiTheme="minorEastAsia" w:eastAsiaTheme="minorEastAsia" w:hAnsiTheme="minorEastAsia"/>
          <w:b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申込先</w:t>
      </w:r>
    </w:p>
    <w:tbl>
      <w:tblPr>
        <w:tblW w:w="0" w:type="auto"/>
        <w:jc w:val="center"/>
        <w:tblBorders>
          <w:top w:val="single" w:sz="5" w:space="0" w:color="999999"/>
          <w:left w:val="single" w:sz="5" w:space="0" w:color="999999"/>
          <w:bottom w:val="single" w:sz="5" w:space="0" w:color="999999"/>
          <w:right w:val="single" w:sz="5" w:space="0" w:color="999999"/>
          <w:insideH w:val="single" w:sz="5" w:space="0" w:color="999999"/>
          <w:insideV w:val="single" w:sz="5" w:space="0" w:color="999999"/>
        </w:tblBorders>
        <w:tblLook w:val="04A0" w:firstRow="1" w:lastRow="0" w:firstColumn="1" w:lastColumn="0" w:noHBand="0" w:noVBand="1"/>
      </w:tblPr>
      <w:tblGrid>
        <w:gridCol w:w="1206"/>
        <w:gridCol w:w="7796"/>
        <w:gridCol w:w="1488"/>
      </w:tblGrid>
      <w:tr w:rsidR="00BD0384" w:rsidRPr="00853DCC" w14:paraId="7879A669" w14:textId="77777777" w:rsidTr="00BD0384">
        <w:trPr>
          <w:jc w:val="center"/>
        </w:trPr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612608A2" w14:textId="77777777" w:rsidR="00BD0384" w:rsidRPr="00BD0384" w:rsidRDefault="00BD0384" w:rsidP="007E628A">
            <w:pPr>
              <w:spacing w:after="0"/>
              <w:rPr>
                <w:rFonts w:asciiTheme="minorEastAsia" w:eastAsiaTheme="minorEastAsia" w:hAnsiTheme="minorEastAsia"/>
                <w:b/>
                <w:sz w:val="24"/>
                <w:szCs w:val="40"/>
              </w:rPr>
            </w:pPr>
            <w:r w:rsidRPr="00BD0384">
              <w:rPr>
                <w:rFonts w:asciiTheme="minorEastAsia" w:eastAsiaTheme="minorEastAsia" w:hAnsiTheme="minorEastAsia" w:hint="eastAsia"/>
                <w:b/>
                <w:sz w:val="24"/>
                <w:szCs w:val="40"/>
                <w:lang w:eastAsia="ja-JP"/>
              </w:rPr>
              <w:t>直接提出</w:t>
            </w:r>
          </w:p>
        </w:tc>
        <w:tc>
          <w:tcPr>
            <w:tcW w:w="7796" w:type="dxa"/>
            <w:vAlign w:val="center"/>
          </w:tcPr>
          <w:p w14:paraId="0B261296" w14:textId="77777777" w:rsidR="00BD0384" w:rsidRPr="00BD0384" w:rsidRDefault="00BD0384" w:rsidP="007E628A">
            <w:pPr>
              <w:spacing w:after="0"/>
              <w:rPr>
                <w:rFonts w:asciiTheme="minorEastAsia" w:eastAsiaTheme="minorEastAsia" w:hAnsiTheme="minorEastAsia"/>
                <w:sz w:val="24"/>
                <w:szCs w:val="40"/>
                <w:lang w:eastAsia="ja-JP"/>
              </w:rPr>
            </w:pPr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市役所本庁舎5階商工政策課、各総合支所産業建設課、各地区公民館</w:t>
            </w:r>
          </w:p>
        </w:tc>
        <w:tc>
          <w:tcPr>
            <w:tcW w:w="1488" w:type="dxa"/>
            <w:vMerge w:val="restart"/>
            <w:vAlign w:val="center"/>
          </w:tcPr>
          <w:p w14:paraId="4EA3AEE7" w14:textId="4FEC1EC3" w:rsidR="00BD0384" w:rsidRDefault="003B55BA" w:rsidP="007E628A">
            <w:pPr>
              <w:spacing w:after="0"/>
              <w:jc w:val="center"/>
              <w:rPr>
                <w:rFonts w:asciiTheme="minorEastAsia" w:hAnsiTheme="minorEastAsia"/>
                <w:sz w:val="24"/>
                <w:szCs w:val="40"/>
                <w:lang w:eastAsia="ja-JP"/>
              </w:rPr>
            </w:pPr>
            <w:r>
              <w:rPr>
                <w:rFonts w:asciiTheme="minorEastAsia" w:hAnsiTheme="minorEastAsia"/>
                <w:noProof/>
                <w:sz w:val="24"/>
                <w:szCs w:val="40"/>
                <w:lang w:eastAsia="ja-JP"/>
              </w:rPr>
              <w:drawing>
                <wp:anchor distT="0" distB="0" distL="114300" distR="114300" simplePos="0" relativeHeight="251658240" behindDoc="0" locked="0" layoutInCell="1" allowOverlap="1" wp14:anchorId="306503C5" wp14:editId="1D7EF32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-17780</wp:posOffset>
                  </wp:positionV>
                  <wp:extent cx="809625" cy="809625"/>
                  <wp:effectExtent l="0" t="0" r="9525" b="9525"/>
                  <wp:wrapNone/>
                  <wp:docPr id="1400986789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986789" name="図 14009867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D0384" w:rsidRPr="00853DCC" w14:paraId="3044A5DE" w14:textId="77777777" w:rsidTr="00BD0384">
        <w:trPr>
          <w:jc w:val="center"/>
        </w:trPr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6DF209D2" w14:textId="77777777" w:rsidR="00BD0384" w:rsidRPr="00BD0384" w:rsidRDefault="00BD0384" w:rsidP="007E628A">
            <w:pPr>
              <w:spacing w:after="0"/>
              <w:rPr>
                <w:rFonts w:asciiTheme="minorEastAsia" w:eastAsiaTheme="minorEastAsia" w:hAnsiTheme="minorEastAsia"/>
                <w:sz w:val="24"/>
                <w:szCs w:val="40"/>
              </w:rPr>
            </w:pPr>
            <w:proofErr w:type="spellStart"/>
            <w:r w:rsidRPr="00BD0384">
              <w:rPr>
                <w:rFonts w:asciiTheme="minorEastAsia" w:eastAsiaTheme="minorEastAsia" w:hAnsiTheme="minorEastAsia"/>
                <w:b/>
                <w:sz w:val="24"/>
                <w:szCs w:val="40"/>
              </w:rPr>
              <w:t>郵送</w:t>
            </w:r>
            <w:proofErr w:type="spellEnd"/>
          </w:p>
        </w:tc>
        <w:tc>
          <w:tcPr>
            <w:tcW w:w="7796" w:type="dxa"/>
            <w:vAlign w:val="center"/>
          </w:tcPr>
          <w:p w14:paraId="796FAAE8" w14:textId="77777777" w:rsidR="00BD0384" w:rsidRPr="00BD0384" w:rsidRDefault="00BD0384" w:rsidP="007E628A">
            <w:pPr>
              <w:spacing w:after="0"/>
              <w:rPr>
                <w:rFonts w:asciiTheme="minorEastAsia" w:eastAsiaTheme="minorEastAsia" w:hAnsiTheme="minorEastAsia"/>
                <w:sz w:val="24"/>
                <w:szCs w:val="40"/>
              </w:rPr>
            </w:pPr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>〒</w:t>
            </w:r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885</w:t>
            </w:r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>-</w:t>
            </w:r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8555</w:t>
            </w:r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 xml:space="preserve">　</w:t>
            </w:r>
            <w:proofErr w:type="spellStart"/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>都城市</w:t>
            </w:r>
            <w:proofErr w:type="spellEnd"/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姫城</w:t>
            </w:r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>町</w:t>
            </w:r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６街区２１号</w:t>
            </w:r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 xml:space="preserve">　</w:t>
            </w:r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商工政策</w:t>
            </w:r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>課　宛</w:t>
            </w:r>
          </w:p>
        </w:tc>
        <w:tc>
          <w:tcPr>
            <w:tcW w:w="1488" w:type="dxa"/>
            <w:vMerge/>
          </w:tcPr>
          <w:p w14:paraId="4BFC7C98" w14:textId="77777777" w:rsidR="00BD0384" w:rsidRPr="00853DCC" w:rsidRDefault="00BD0384" w:rsidP="007E628A">
            <w:pPr>
              <w:spacing w:after="0"/>
              <w:rPr>
                <w:rFonts w:asciiTheme="minorEastAsia" w:hAnsiTheme="minorEastAsia"/>
                <w:sz w:val="24"/>
                <w:szCs w:val="40"/>
              </w:rPr>
            </w:pPr>
          </w:p>
        </w:tc>
      </w:tr>
      <w:tr w:rsidR="00BD0384" w:rsidRPr="00853DCC" w14:paraId="3F15DD85" w14:textId="77777777" w:rsidTr="00BD0384">
        <w:trPr>
          <w:jc w:val="center"/>
        </w:trPr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549BF689" w14:textId="77777777" w:rsidR="00BD0384" w:rsidRPr="00BD0384" w:rsidRDefault="00BD0384" w:rsidP="007E628A">
            <w:pPr>
              <w:spacing w:after="0"/>
              <w:rPr>
                <w:rFonts w:asciiTheme="minorEastAsia" w:eastAsiaTheme="minorEastAsia" w:hAnsiTheme="minorEastAsia"/>
                <w:sz w:val="24"/>
                <w:szCs w:val="40"/>
              </w:rPr>
            </w:pPr>
            <w:r w:rsidRPr="00BD0384">
              <w:rPr>
                <w:rFonts w:asciiTheme="minorEastAsia" w:eastAsiaTheme="minorEastAsia" w:hAnsiTheme="minorEastAsia"/>
                <w:b/>
                <w:sz w:val="24"/>
                <w:szCs w:val="40"/>
              </w:rPr>
              <w:t>FAX</w:t>
            </w:r>
          </w:p>
        </w:tc>
        <w:tc>
          <w:tcPr>
            <w:tcW w:w="7796" w:type="dxa"/>
            <w:vAlign w:val="center"/>
          </w:tcPr>
          <w:p w14:paraId="7E4DCB25" w14:textId="77777777" w:rsidR="00BD0384" w:rsidRPr="00BD0384" w:rsidRDefault="00BD0384" w:rsidP="007E628A">
            <w:pPr>
              <w:spacing w:after="0"/>
              <w:rPr>
                <w:rFonts w:asciiTheme="minorEastAsia" w:eastAsiaTheme="minorEastAsia" w:hAnsiTheme="minorEastAsia"/>
                <w:sz w:val="24"/>
                <w:szCs w:val="40"/>
              </w:rPr>
            </w:pPr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>0986-</w:t>
            </w:r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23</w:t>
            </w:r>
            <w:r w:rsidRPr="00BD0384">
              <w:rPr>
                <w:rFonts w:asciiTheme="minorEastAsia" w:eastAsiaTheme="minorEastAsia" w:hAnsiTheme="minorEastAsia"/>
                <w:sz w:val="24"/>
                <w:szCs w:val="40"/>
              </w:rPr>
              <w:t>-</w:t>
            </w:r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2658</w:t>
            </w:r>
          </w:p>
        </w:tc>
        <w:tc>
          <w:tcPr>
            <w:tcW w:w="1488" w:type="dxa"/>
            <w:vMerge/>
          </w:tcPr>
          <w:p w14:paraId="0977416E" w14:textId="77777777" w:rsidR="00BD0384" w:rsidRPr="00853DCC" w:rsidRDefault="00BD0384" w:rsidP="007E628A">
            <w:pPr>
              <w:spacing w:after="0"/>
              <w:rPr>
                <w:rFonts w:asciiTheme="minorEastAsia" w:hAnsiTheme="minorEastAsia"/>
                <w:sz w:val="24"/>
                <w:szCs w:val="40"/>
              </w:rPr>
            </w:pPr>
          </w:p>
        </w:tc>
      </w:tr>
      <w:tr w:rsidR="00BD0384" w:rsidRPr="00853DCC" w14:paraId="13A11645" w14:textId="77777777" w:rsidTr="00BD0384">
        <w:trPr>
          <w:jc w:val="center"/>
        </w:trPr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44E018E0" w14:textId="77777777" w:rsidR="00BD0384" w:rsidRPr="00BD0384" w:rsidRDefault="00BD0384" w:rsidP="007E628A">
            <w:pPr>
              <w:spacing w:after="0"/>
              <w:rPr>
                <w:rFonts w:asciiTheme="minorEastAsia" w:eastAsiaTheme="minorEastAsia" w:hAnsiTheme="minorEastAsia"/>
                <w:sz w:val="24"/>
                <w:szCs w:val="40"/>
              </w:rPr>
            </w:pPr>
            <w:r w:rsidRPr="00BD0384">
              <w:rPr>
                <w:rFonts w:asciiTheme="minorEastAsia" w:eastAsiaTheme="minorEastAsia" w:hAnsiTheme="minorEastAsia" w:hint="eastAsia"/>
                <w:b/>
                <w:sz w:val="24"/>
                <w:szCs w:val="40"/>
                <w:lang w:eastAsia="ja-JP"/>
              </w:rPr>
              <w:t>WEB</w:t>
            </w:r>
          </w:p>
        </w:tc>
        <w:tc>
          <w:tcPr>
            <w:tcW w:w="7796" w:type="dxa"/>
            <w:vAlign w:val="center"/>
          </w:tcPr>
          <w:p w14:paraId="64270FE1" w14:textId="77777777" w:rsidR="00BD0384" w:rsidRPr="00BD0384" w:rsidRDefault="00BD0384" w:rsidP="007E628A">
            <w:pPr>
              <w:spacing w:after="0"/>
              <w:rPr>
                <w:rFonts w:asciiTheme="minorEastAsia" w:eastAsiaTheme="minorEastAsia" w:hAnsiTheme="minorEastAsia"/>
                <w:sz w:val="24"/>
                <w:szCs w:val="40"/>
                <w:lang w:eastAsia="ja-JP"/>
              </w:rPr>
            </w:pPr>
            <w:r w:rsidRPr="00BD0384">
              <w:rPr>
                <w:rFonts w:asciiTheme="minorEastAsia" w:eastAsiaTheme="minorEastAsia" w:hAnsiTheme="minorEastAsia" w:hint="eastAsia"/>
                <w:sz w:val="24"/>
                <w:szCs w:val="40"/>
                <w:lang w:eastAsia="ja-JP"/>
              </w:rPr>
              <w:t>右のQR</w:t>
            </w:r>
            <w:r w:rsidRPr="00BD0384">
              <w:rPr>
                <w:rFonts w:asciiTheme="minorEastAsia" w:eastAsiaTheme="minorEastAsia" w:hAnsiTheme="minorEastAsia"/>
                <w:sz w:val="24"/>
                <w:szCs w:val="40"/>
                <w:lang w:eastAsia="ja-JP"/>
              </w:rPr>
              <w:t>から申込フォームへアクセスしてください。</w:t>
            </w:r>
          </w:p>
        </w:tc>
        <w:tc>
          <w:tcPr>
            <w:tcW w:w="1488" w:type="dxa"/>
            <w:vMerge/>
          </w:tcPr>
          <w:p w14:paraId="49992805" w14:textId="77777777" w:rsidR="00BD0384" w:rsidRPr="00853DCC" w:rsidRDefault="00BD0384" w:rsidP="007E628A">
            <w:pPr>
              <w:spacing w:after="0"/>
              <w:rPr>
                <w:rFonts w:asciiTheme="minorEastAsia" w:hAnsiTheme="minorEastAsia"/>
                <w:sz w:val="24"/>
                <w:szCs w:val="40"/>
                <w:lang w:eastAsia="ja-JP"/>
              </w:rPr>
            </w:pPr>
          </w:p>
        </w:tc>
      </w:tr>
    </w:tbl>
    <w:p w14:paraId="2CFC83E1" w14:textId="5EAFBE3F" w:rsidR="002318EC" w:rsidRPr="005A118D" w:rsidRDefault="00B95FE4" w:rsidP="00BD0384">
      <w:pPr>
        <w:spacing w:before="40" w:after="0"/>
        <w:ind w:firstLineChars="150" w:firstLine="361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 xml:space="preserve">お問い合わせ　</w:t>
      </w:r>
      <w:r w:rsidR="005A118D" w:rsidRPr="005A118D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都城市</w:t>
      </w:r>
      <w:r w:rsidR="00AA076A" w:rsidRPr="005A118D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商工政策</w:t>
      </w: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 xml:space="preserve">課　</w:t>
      </w: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>TEL</w:t>
      </w: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>：</w:t>
      </w: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>0986-</w:t>
      </w:r>
      <w:r w:rsidR="005A118D" w:rsidRPr="005A118D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23</w:t>
      </w:r>
      <w:r w:rsidRPr="005A118D">
        <w:rPr>
          <w:rFonts w:asciiTheme="minorEastAsia" w:eastAsiaTheme="minorEastAsia" w:hAnsiTheme="minorEastAsia"/>
          <w:b/>
          <w:sz w:val="24"/>
          <w:szCs w:val="24"/>
          <w:lang w:eastAsia="ja-JP"/>
        </w:rPr>
        <w:t>-</w:t>
      </w:r>
      <w:r w:rsidR="005A118D" w:rsidRPr="005A118D">
        <w:rPr>
          <w:rFonts w:asciiTheme="minorEastAsia" w:eastAsiaTheme="minorEastAsia" w:hAnsiTheme="minorEastAsia" w:hint="eastAsia"/>
          <w:b/>
          <w:sz w:val="24"/>
          <w:szCs w:val="24"/>
          <w:lang w:eastAsia="ja-JP"/>
        </w:rPr>
        <w:t>2983</w:t>
      </w:r>
    </w:p>
    <w:p w14:paraId="6E5C1A30" w14:textId="65B0D095" w:rsidR="002318EC" w:rsidRPr="00BD3C2A" w:rsidRDefault="00B95FE4" w:rsidP="005325A0">
      <w:pPr>
        <w:spacing w:before="20" w:after="0"/>
        <w:ind w:firstLineChars="200" w:firstLine="440"/>
        <w:rPr>
          <w:rFonts w:asciiTheme="minorEastAsia" w:eastAsiaTheme="minorEastAsia" w:hAnsiTheme="minorEastAsia"/>
          <w:sz w:val="22"/>
          <w:lang w:eastAsia="ja-JP"/>
        </w:rPr>
      </w:pPr>
      <w:r w:rsidRPr="00BD3C2A">
        <w:rPr>
          <w:rFonts w:asciiTheme="minorEastAsia" w:eastAsiaTheme="minorEastAsia" w:hAnsiTheme="minorEastAsia"/>
          <w:sz w:val="22"/>
          <w:lang w:eastAsia="ja-JP"/>
        </w:rPr>
        <w:t>【個人情報の取扱い】ご記入いただいた個人情報は、本事業の実施・連絡の目的以外には使用しません。</w:t>
      </w:r>
    </w:p>
    <w:sectPr w:rsidR="002318EC" w:rsidRPr="00BD3C2A" w:rsidSect="00BD0384">
      <w:pgSz w:w="12240" w:h="15840"/>
      <w:pgMar w:top="284" w:right="474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E9054F" w14:textId="77777777" w:rsidR="00E63C04" w:rsidRDefault="00E63C04" w:rsidP="00BD0384">
      <w:pPr>
        <w:spacing w:after="0" w:line="240" w:lineRule="auto"/>
      </w:pPr>
      <w:r>
        <w:separator/>
      </w:r>
    </w:p>
  </w:endnote>
  <w:endnote w:type="continuationSeparator" w:id="0">
    <w:p w14:paraId="35581760" w14:textId="77777777" w:rsidR="00E63C04" w:rsidRDefault="00E63C04" w:rsidP="00BD0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05485C" w14:textId="77777777" w:rsidR="00E63C04" w:rsidRDefault="00E63C04" w:rsidP="00BD0384">
      <w:pPr>
        <w:spacing w:after="0" w:line="240" w:lineRule="auto"/>
      </w:pPr>
      <w:r>
        <w:separator/>
      </w:r>
    </w:p>
  </w:footnote>
  <w:footnote w:type="continuationSeparator" w:id="0">
    <w:p w14:paraId="11951C74" w14:textId="77777777" w:rsidR="00E63C04" w:rsidRDefault="00E63C04" w:rsidP="00BD0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314AD0"/>
    <w:multiLevelType w:val="hybridMultilevel"/>
    <w:tmpl w:val="F7203034"/>
    <w:lvl w:ilvl="0" w:tplc="FCF6213A">
      <w:start w:val="986"/>
      <w:numFmt w:val="bullet"/>
      <w:lvlText w:val="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2B21AE6"/>
    <w:multiLevelType w:val="hybridMultilevel"/>
    <w:tmpl w:val="7B9CB3E6"/>
    <w:lvl w:ilvl="0" w:tplc="5C7A2742">
      <w:start w:val="986"/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1729063956">
    <w:abstractNumId w:val="8"/>
  </w:num>
  <w:num w:numId="2" w16cid:durableId="399443723">
    <w:abstractNumId w:val="6"/>
  </w:num>
  <w:num w:numId="3" w16cid:durableId="664210992">
    <w:abstractNumId w:val="5"/>
  </w:num>
  <w:num w:numId="4" w16cid:durableId="1007830702">
    <w:abstractNumId w:val="4"/>
  </w:num>
  <w:num w:numId="5" w16cid:durableId="1899319196">
    <w:abstractNumId w:val="7"/>
  </w:num>
  <w:num w:numId="6" w16cid:durableId="200244918">
    <w:abstractNumId w:val="3"/>
  </w:num>
  <w:num w:numId="7" w16cid:durableId="1112626626">
    <w:abstractNumId w:val="2"/>
  </w:num>
  <w:num w:numId="8" w16cid:durableId="1527408820">
    <w:abstractNumId w:val="1"/>
  </w:num>
  <w:num w:numId="9" w16cid:durableId="1374306992">
    <w:abstractNumId w:val="0"/>
  </w:num>
  <w:num w:numId="10" w16cid:durableId="2058701468">
    <w:abstractNumId w:val="9"/>
  </w:num>
  <w:num w:numId="11" w16cid:durableId="13725382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729"/>
    <w:rsid w:val="00034616"/>
    <w:rsid w:val="0006063C"/>
    <w:rsid w:val="0015074B"/>
    <w:rsid w:val="00214C54"/>
    <w:rsid w:val="002318EC"/>
    <w:rsid w:val="0029639D"/>
    <w:rsid w:val="00326F90"/>
    <w:rsid w:val="003942CF"/>
    <w:rsid w:val="003B55BA"/>
    <w:rsid w:val="00413ADE"/>
    <w:rsid w:val="00464334"/>
    <w:rsid w:val="00475BBB"/>
    <w:rsid w:val="004F7D69"/>
    <w:rsid w:val="00520C4A"/>
    <w:rsid w:val="005325A0"/>
    <w:rsid w:val="005A118D"/>
    <w:rsid w:val="006B3EF2"/>
    <w:rsid w:val="00710087"/>
    <w:rsid w:val="00822AE2"/>
    <w:rsid w:val="008F12D8"/>
    <w:rsid w:val="00921D13"/>
    <w:rsid w:val="009C16C7"/>
    <w:rsid w:val="00A03C33"/>
    <w:rsid w:val="00AA076A"/>
    <w:rsid w:val="00AA1D8D"/>
    <w:rsid w:val="00B47730"/>
    <w:rsid w:val="00B95FE4"/>
    <w:rsid w:val="00BB24DE"/>
    <w:rsid w:val="00BB6CF2"/>
    <w:rsid w:val="00BD0384"/>
    <w:rsid w:val="00BD3C2A"/>
    <w:rsid w:val="00C84AFC"/>
    <w:rsid w:val="00C96E53"/>
    <w:rsid w:val="00CB0664"/>
    <w:rsid w:val="00E63C04"/>
    <w:rsid w:val="00F40F3B"/>
    <w:rsid w:val="00F501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DA3B6"/>
  <w14:defaultImageDpi w14:val="300"/>
  <w15:docId w15:val="{1FF2D01D-3565-49FF-B460-0B51096F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eastAsia="游ゴシック" w:hAnsi="游ゴシック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奥野　洋史</cp:lastModifiedBy>
  <cp:revision>15</cp:revision>
  <dcterms:created xsi:type="dcterms:W3CDTF">2013-12-23T23:15:00Z</dcterms:created>
  <dcterms:modified xsi:type="dcterms:W3CDTF">2026-09-17T12:55:00Z</dcterms:modified>
  <cp:category/>
</cp:coreProperties>
</file>